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A5F"/>
          <w:sz w:val="32"/>
        </w:rPr>
        <w:t>Professional Reference Letter Template</w:t>
      </w:r>
    </w:p>
    <w:p>
      <w:pPr>
        <w:jc w:val="center"/>
      </w:pPr>
      <w:r>
        <w:rPr>
          <w:i/>
          <w:color w:val="555555"/>
        </w:rPr>
        <w:t>For KYC / Client Due Diligence purposes</w:t>
      </w:r>
    </w:p>
    <w:p>
      <w:pPr>
        <w:spacing w:before="240"/>
      </w:pPr>
      <w:r>
        <w:t>Date: [DD/MM/YYYY]</w:t>
      </w:r>
    </w:p>
    <w:p>
      <w:pPr>
        <w:spacing w:before="240"/>
      </w:pPr>
      <w:r>
        <w:t>To Whom It May Concern:</w:t>
      </w:r>
    </w:p>
    <w:p>
      <w:r>
        <w:t xml:space="preserve">This is to confirm that I have known </w:t>
      </w:r>
      <w:r>
        <w:rPr>
          <w:b/>
        </w:rPr>
        <w:t>[CLIENT FULL NAME]</w:t>
      </w:r>
      <w:r>
        <w:t xml:space="preserve"> in my professional capacity as </w:t>
      </w:r>
      <w:r>
        <w:rPr>
          <w:b/>
        </w:rPr>
        <w:t>[PROFESSIONAL CAPACITY, e.g. lawyer / accountant / tax adviser]</w:t>
      </w:r>
      <w:r>
        <w:t xml:space="preserve"> for over two (2) years and that, to the best of my knowledge, </w:t>
      </w:r>
      <w:r>
        <w:rPr>
          <w:b/>
        </w:rPr>
        <w:t>[CLIENT FULL NAME]</w:t>
      </w:r>
      <w:r>
        <w:t xml:space="preserve">, who bears passport no. </w:t>
      </w:r>
      <w:r>
        <w:rPr>
          <w:b/>
        </w:rPr>
        <w:t>[PASSPORT NUMBER]</w:t>
      </w:r>
      <w:r>
        <w:t>, is trustworthy and a person of good and upright character.</w:t>
      </w:r>
    </w:p>
    <w:p>
      <w:pPr>
        <w:spacing w:before="120"/>
      </w:pPr>
      <w:r>
        <w:t>This information is given in good faith and in strict confidence.</w:t>
      </w:r>
    </w:p>
    <w:p>
      <w:pPr>
        <w:spacing w:before="360"/>
      </w:pPr>
      <w:r>
        <w:t>Yours sincerely,</w:t>
      </w:r>
    </w:p>
    <w:p>
      <w:r>
        <w:rPr>
          <w:b/>
        </w:rPr>
        <w:t>Signature:</w:t>
      </w:r>
      <w:r>
        <w:t xml:space="preserve"> [                                            ]</w:t>
      </w:r>
    </w:p>
    <w:p>
      <w:r>
        <w:rPr>
          <w:b/>
        </w:rPr>
        <w:t>Professional name:</w:t>
      </w:r>
      <w:r>
        <w:t xml:space="preserve"> [                                            ]</w:t>
      </w:r>
    </w:p>
    <w:p>
      <w:r>
        <w:rPr>
          <w:b/>
        </w:rPr>
        <w:t>Profession / capacity:</w:t>
      </w:r>
      <w:r>
        <w:t xml:space="preserve"> [                                            ]</w:t>
      </w:r>
    </w:p>
    <w:p>
      <w:r>
        <w:rPr>
          <w:b/>
        </w:rPr>
        <w:t>Register No.:</w:t>
      </w:r>
      <w:r>
        <w:t xml:space="preserve"> [                                            ]</w:t>
      </w:r>
    </w:p>
    <w:p>
      <w:r>
        <w:rPr>
          <w:b/>
        </w:rPr>
        <w:t>Address:</w:t>
      </w:r>
      <w:r>
        <w:t xml:space="preserve"> [                                            ]</w:t>
      </w:r>
    </w:p>
    <w:p>
      <w:r>
        <w:rPr>
          <w:b/>
        </w:rPr>
        <w:t>Email:</w:t>
      </w:r>
      <w:r>
        <w:t xml:space="preserve"> [                                            ]</w:t>
      </w:r>
    </w:p>
    <w:p>
      <w:r>
        <w:rPr>
          <w:b/>
        </w:rPr>
        <w:t>Phone:</w:t>
      </w:r>
      <w:r>
        <w:t xml:space="preserve"> [                                            ]</w:t>
      </w:r>
    </w:p>
    <w:p>
      <w:pPr>
        <w:spacing w:before="240"/>
      </w:pPr>
      <w:r>
        <w:rPr>
          <w:b/>
        </w:rPr>
        <w:t>Guidance for the referee</w:t>
      </w:r>
    </w:p>
    <w:p>
      <w:pPr>
        <w:pStyle w:val="ListBullet"/>
      </w:pPr>
      <w:r>
        <w:t>The referee should be an independent professional such as a lawyer, accountant, auditor, notary, tax adviser, banker, or regulated professional.</w:t>
      </w:r>
    </w:p>
    <w:p>
      <w:pPr>
        <w:pStyle w:val="ListBullet"/>
      </w:pPr>
      <w:r>
        <w:t>The letter should be dated, signed, and preferably issued on professional letterhead or accompanied by evidence of professional registration.</w:t>
      </w:r>
    </w:p>
    <w:p>
      <w:pPr>
        <w:pStyle w:val="ListBullet"/>
      </w:pPr>
      <w:r>
        <w:t>The client should upload the signed letter together with identity document, proof of address, CV/resume, police conduct certificate, source of wealth/source of funds evidence, and non-PEP declaration where requested.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7882"/>
        <w:sz w:val="18"/>
      </w:rPr>
      <w:t>CDD KYC template - Professional Reference Letter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